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E1C9" w14:textId="7F628FD1" w:rsidR="002F660C" w:rsidRPr="002F747F" w:rsidRDefault="002F660C" w:rsidP="00E51539">
      <w:pPr>
        <w:spacing w:before="120"/>
        <w:jc w:val="center"/>
        <w:rPr>
          <w:rFonts w:cs="Arial"/>
          <w:b/>
          <w:bCs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ZÁKLADNÁ ŠKOLA</w:t>
      </w:r>
      <w:r w:rsidR="00D94711" w:rsidRPr="002F747F">
        <w:rPr>
          <w:rFonts w:cs="Arial"/>
          <w:b/>
          <w:bCs/>
          <w:iCs/>
          <w:sz w:val="20"/>
          <w:szCs w:val="20"/>
          <w:lang w:val="sk-SK"/>
        </w:rPr>
        <w:t xml:space="preserve">, 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Čiernovodská ulica 1, 900 25 Chorvátsky Grob</w:t>
      </w:r>
    </w:p>
    <w:p w14:paraId="415D658E" w14:textId="79FA787D" w:rsidR="002F660C" w:rsidRPr="002F747F" w:rsidRDefault="002F660C" w:rsidP="0037219A">
      <w:pPr>
        <w:spacing w:before="120"/>
        <w:jc w:val="center"/>
        <w:rPr>
          <w:rFonts w:cs="Arial"/>
          <w:b/>
          <w:bCs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ŽIADOSŤ O UVOĽNENIE ŽIAKA Z</w:t>
      </w:r>
      <w:r w:rsidR="00460E2A" w:rsidRPr="002F747F">
        <w:rPr>
          <w:rFonts w:cs="Arial"/>
          <w:b/>
          <w:bCs/>
          <w:iCs/>
          <w:sz w:val="20"/>
          <w:szCs w:val="20"/>
          <w:lang w:val="sk-SK"/>
        </w:rPr>
        <w:t> 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VYUČOVANIA</w:t>
      </w:r>
    </w:p>
    <w:p w14:paraId="370DCDEE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Žiadateľ (Zákonný zástupca):</w:t>
      </w:r>
    </w:p>
    <w:p w14:paraId="27A1F908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Meno a priezvisko: ............................................................................................................................</w:t>
      </w:r>
    </w:p>
    <w:p w14:paraId="7BCBB38F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Údaje o žiakovi:</w:t>
      </w:r>
    </w:p>
    <w:p w14:paraId="50B47A8C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Meno a priezvisko žiaka: ................................................................................ Trieda: .........................</w:t>
      </w:r>
    </w:p>
    <w:p w14:paraId="36CE219B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Týmto žiadam riaditeľa školy o uvoľnenie svojho dieťaťa z vyučovania:</w:t>
      </w:r>
    </w:p>
    <w:p w14:paraId="1CEBFB7F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V termíne od:</w:t>
      </w:r>
      <w:r w:rsidRPr="002F747F">
        <w:rPr>
          <w:rFonts w:cs="Arial"/>
          <w:iCs/>
          <w:sz w:val="20"/>
          <w:szCs w:val="20"/>
          <w:lang w:val="sk-SK"/>
        </w:rPr>
        <w:t xml:space="preserve"> ..................................................... 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do:</w:t>
      </w:r>
      <w:r w:rsidRPr="002F747F">
        <w:rPr>
          <w:rFonts w:cs="Arial"/>
          <w:iCs/>
          <w:sz w:val="20"/>
          <w:szCs w:val="20"/>
          <w:lang w:val="sk-SK"/>
        </w:rPr>
        <w:t xml:space="preserve"> ..................................................... (vrátane)</w:t>
      </w:r>
    </w:p>
    <w:p w14:paraId="241BF5DB" w14:textId="465432E5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Dôvod neprítomnosti:</w:t>
      </w:r>
      <w:r w:rsidRPr="002F747F">
        <w:rPr>
          <w:rFonts w:cs="Arial"/>
          <w:iCs/>
          <w:sz w:val="20"/>
          <w:szCs w:val="20"/>
          <w:lang w:val="sk-SK"/>
        </w:rPr>
        <w:t xml:space="preserve"> .......................................................................................................................</w:t>
      </w:r>
      <w:r w:rsidR="006345BB" w:rsidRPr="002F747F">
        <w:rPr>
          <w:rFonts w:cs="Arial"/>
          <w:iCs/>
          <w:sz w:val="20"/>
          <w:szCs w:val="20"/>
          <w:lang w:val="sk-SK"/>
        </w:rPr>
        <w:t>.......................</w:t>
      </w:r>
      <w:r w:rsidRPr="002F747F">
        <w:rPr>
          <w:rFonts w:cs="Arial"/>
          <w:iCs/>
          <w:sz w:val="20"/>
          <w:szCs w:val="20"/>
          <w:lang w:val="sk-SK"/>
        </w:rPr>
        <w:t>.</w:t>
      </w:r>
    </w:p>
    <w:p w14:paraId="5FB3874E" w14:textId="13B470C9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</w:t>
      </w:r>
      <w:r w:rsidR="006345BB" w:rsidRPr="002F747F">
        <w:rPr>
          <w:rFonts w:cs="Arial"/>
          <w:iCs/>
          <w:sz w:val="20"/>
          <w:szCs w:val="20"/>
          <w:lang w:val="sk-SK"/>
        </w:rPr>
        <w:t>...................</w:t>
      </w:r>
    </w:p>
    <w:p w14:paraId="055AB6BF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u w:val="single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u w:val="single"/>
          <w:lang w:val="sk-SK"/>
        </w:rPr>
        <w:t>Vyhlásenie zákonného zástupcu:</w:t>
      </w:r>
    </w:p>
    <w:p w14:paraId="04217716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Uvedomujem si, že vynechanie vyučovania môže mať dopad na prospech môjho dieťaťa. Zaväzujem sa, že dohliadnem na priebežné dopĺňanie prebraného učiva počas jeho absencie.</w:t>
      </w:r>
    </w:p>
    <w:p w14:paraId="12E2353A" w14:textId="779EE9DC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V Chorvátskom Grobe dňa .........................                  </w:t>
      </w:r>
      <w:r w:rsidR="00F56207" w:rsidRPr="002F747F">
        <w:rPr>
          <w:rFonts w:cs="Arial"/>
          <w:iCs/>
          <w:sz w:val="20"/>
          <w:szCs w:val="20"/>
          <w:lang w:val="sk-SK"/>
        </w:rPr>
        <w:t xml:space="preserve">                    </w:t>
      </w:r>
      <w:r w:rsidRPr="002F747F">
        <w:rPr>
          <w:rFonts w:cs="Arial"/>
          <w:iCs/>
          <w:sz w:val="20"/>
          <w:szCs w:val="20"/>
          <w:lang w:val="sk-SK"/>
        </w:rPr>
        <w:t>      ............................................................</w:t>
      </w:r>
    </w:p>
    <w:p w14:paraId="0B20A852" w14:textId="743E7DAB" w:rsidR="002F660C" w:rsidRPr="002F747F" w:rsidRDefault="006C0134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                                                                                                    </w:t>
      </w:r>
      <w:r w:rsidR="00F56207" w:rsidRPr="002F747F">
        <w:rPr>
          <w:rFonts w:cs="Arial"/>
          <w:iCs/>
          <w:sz w:val="20"/>
          <w:szCs w:val="20"/>
          <w:lang w:val="sk-SK"/>
        </w:rPr>
        <w:t xml:space="preserve">                  </w:t>
      </w:r>
      <w:r w:rsidRPr="002F747F">
        <w:rPr>
          <w:rFonts w:cs="Arial"/>
          <w:iCs/>
          <w:sz w:val="20"/>
          <w:szCs w:val="20"/>
          <w:lang w:val="sk-SK"/>
        </w:rPr>
        <w:t xml:space="preserve"> </w:t>
      </w:r>
      <w:r w:rsidR="002F660C" w:rsidRPr="002F747F">
        <w:rPr>
          <w:rFonts w:cs="Arial"/>
          <w:iCs/>
          <w:sz w:val="20"/>
          <w:szCs w:val="20"/>
          <w:lang w:val="sk-SK"/>
        </w:rPr>
        <w:t>Podpis zákonného zástupcu</w:t>
      </w:r>
    </w:p>
    <w:p w14:paraId="7EE618BE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POUČENIE A PODMIENKY UVOĽNENIA:</w:t>
      </w:r>
    </w:p>
    <w:p w14:paraId="5C5031C0" w14:textId="77777777" w:rsidR="002F660C" w:rsidRPr="002F747F" w:rsidRDefault="002F660C" w:rsidP="006345BB">
      <w:pPr>
        <w:numPr>
          <w:ilvl w:val="0"/>
          <w:numId w:val="10"/>
        </w:num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Neprítomnosť žiaka na dobu dlhšiu ako 3 dni uvoľňuje 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riaditeľ školy</w:t>
      </w:r>
      <w:r w:rsidRPr="002F747F">
        <w:rPr>
          <w:rFonts w:cs="Arial"/>
          <w:iCs/>
          <w:sz w:val="20"/>
          <w:szCs w:val="20"/>
          <w:lang w:val="sk-SK"/>
        </w:rPr>
        <w:t xml:space="preserve"> na základe písomnej žiadosti a po vyjadrení triedneho učiteľa (§ 144 ods. 4 zákona č. 245/2008 Z. z.).</w:t>
      </w:r>
    </w:p>
    <w:p w14:paraId="0B916EFE" w14:textId="77777777" w:rsidR="002F660C" w:rsidRPr="002F747F" w:rsidRDefault="002F660C" w:rsidP="006345BB">
      <w:pPr>
        <w:numPr>
          <w:ilvl w:val="0"/>
          <w:numId w:val="10"/>
        </w:num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Žiadosť je potrebné doručiť triednemu učiteľovi s dostatočným časovým predstihom (spravidla najneskôr 5 pracovných dní pred plánovaným začiatkom absencie).</w:t>
      </w:r>
    </w:p>
    <w:p w14:paraId="655BAA63" w14:textId="77777777" w:rsidR="002F660C" w:rsidRPr="002F747F" w:rsidRDefault="002F660C" w:rsidP="006345BB">
      <w:pPr>
        <w:numPr>
          <w:ilvl w:val="0"/>
          <w:numId w:val="10"/>
        </w:num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Ak sa žiak nezúčastní vyučovania bez schválenia žiadosti, absencia bude hodnotená ako 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neospravedlnená</w:t>
      </w:r>
      <w:r w:rsidRPr="002F747F">
        <w:rPr>
          <w:rFonts w:cs="Arial"/>
          <w:iCs/>
          <w:sz w:val="20"/>
          <w:szCs w:val="20"/>
          <w:lang w:val="sk-SK"/>
        </w:rPr>
        <w:t>.</w:t>
      </w:r>
    </w:p>
    <w:p w14:paraId="08A486F0" w14:textId="206DE146" w:rsidR="002F660C" w:rsidRPr="002F747F" w:rsidRDefault="002F660C" w:rsidP="006345BB">
      <w:pPr>
        <w:spacing w:before="120"/>
        <w:jc w:val="both"/>
        <w:rPr>
          <w:rFonts w:cs="Arial"/>
          <w:b/>
          <w:bCs/>
          <w:iCs/>
          <w:sz w:val="20"/>
          <w:szCs w:val="20"/>
          <w:u w:val="single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u w:val="single"/>
          <w:lang w:val="sk-SK"/>
        </w:rPr>
        <w:t>V</w:t>
      </w:r>
      <w:r w:rsidR="00F56207" w:rsidRPr="002F747F">
        <w:rPr>
          <w:rFonts w:cs="Arial"/>
          <w:b/>
          <w:bCs/>
          <w:iCs/>
          <w:sz w:val="20"/>
          <w:szCs w:val="20"/>
          <w:u w:val="single"/>
          <w:lang w:val="sk-SK"/>
        </w:rPr>
        <w:t>yjadrenie triedneho učiteľa</w:t>
      </w:r>
    </w:p>
    <w:p w14:paraId="2AD9590A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S uvoľnením žiaka 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SÚHLASÍM / NESÚHLASÍM</w:t>
      </w:r>
      <w:r w:rsidRPr="002F747F">
        <w:rPr>
          <w:rFonts w:cs="Arial"/>
          <w:iCs/>
          <w:sz w:val="20"/>
          <w:szCs w:val="20"/>
          <w:lang w:val="sk-SK"/>
        </w:rPr>
        <w:t xml:space="preserve"> *.</w:t>
      </w:r>
    </w:p>
    <w:p w14:paraId="6F39A2C8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lang w:val="sk-SK"/>
        </w:rPr>
        <w:t>Stanovisko a podmienky:</w:t>
      </w:r>
    </w:p>
    <w:p w14:paraId="1126BDCF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Zákonný zástupca preberá plnú zodpovednosť za dobratie učiva počas neprítomnosti žiaka. Po návrate do školy bude mať žiak splnené všetky školské povinnosti a doplnené učivo v dohodnutom rozsahu.</w:t>
      </w:r>
    </w:p>
    <w:p w14:paraId="164C5816" w14:textId="4FE0AE4A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Dňa: .........................                                                   </w:t>
      </w:r>
      <w:r w:rsidR="0065472A" w:rsidRPr="002F747F">
        <w:rPr>
          <w:rFonts w:cs="Arial"/>
          <w:iCs/>
          <w:sz w:val="20"/>
          <w:szCs w:val="20"/>
          <w:lang w:val="sk-SK"/>
        </w:rPr>
        <w:t xml:space="preserve">     </w:t>
      </w:r>
      <w:r w:rsidR="00F56207" w:rsidRPr="002F747F">
        <w:rPr>
          <w:rFonts w:cs="Arial"/>
          <w:iCs/>
          <w:sz w:val="20"/>
          <w:szCs w:val="20"/>
          <w:lang w:val="sk-SK"/>
        </w:rPr>
        <w:t xml:space="preserve">                     </w:t>
      </w:r>
      <w:r w:rsidR="0065472A" w:rsidRPr="002F747F">
        <w:rPr>
          <w:rFonts w:cs="Arial"/>
          <w:iCs/>
          <w:sz w:val="20"/>
          <w:szCs w:val="20"/>
          <w:lang w:val="sk-SK"/>
        </w:rPr>
        <w:t xml:space="preserve">   </w:t>
      </w:r>
      <w:r w:rsidRPr="002F747F">
        <w:rPr>
          <w:rFonts w:cs="Arial"/>
          <w:iCs/>
          <w:sz w:val="20"/>
          <w:szCs w:val="20"/>
          <w:lang w:val="sk-SK"/>
        </w:rPr>
        <w:t>  ............................................................</w:t>
      </w:r>
    </w:p>
    <w:p w14:paraId="09DC0C14" w14:textId="21A15903" w:rsidR="002F660C" w:rsidRPr="002F747F" w:rsidRDefault="006C0134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                                                                                                 </w:t>
      </w:r>
      <w:r w:rsidR="0065472A" w:rsidRPr="002F747F">
        <w:rPr>
          <w:rFonts w:cs="Arial"/>
          <w:iCs/>
          <w:sz w:val="20"/>
          <w:szCs w:val="20"/>
          <w:lang w:val="sk-SK"/>
        </w:rPr>
        <w:t xml:space="preserve">      </w:t>
      </w:r>
      <w:r w:rsidRPr="002F747F">
        <w:rPr>
          <w:rFonts w:cs="Arial"/>
          <w:iCs/>
          <w:sz w:val="20"/>
          <w:szCs w:val="20"/>
          <w:lang w:val="sk-SK"/>
        </w:rPr>
        <w:t xml:space="preserve"> </w:t>
      </w:r>
      <w:r w:rsidR="00F56207" w:rsidRPr="002F747F">
        <w:rPr>
          <w:rFonts w:cs="Arial"/>
          <w:iCs/>
          <w:sz w:val="20"/>
          <w:szCs w:val="20"/>
          <w:lang w:val="sk-SK"/>
        </w:rPr>
        <w:t xml:space="preserve">                   </w:t>
      </w:r>
      <w:r w:rsidRPr="002F747F">
        <w:rPr>
          <w:rFonts w:cs="Arial"/>
          <w:iCs/>
          <w:sz w:val="20"/>
          <w:szCs w:val="20"/>
          <w:lang w:val="sk-SK"/>
        </w:rPr>
        <w:t xml:space="preserve">  </w:t>
      </w:r>
      <w:r w:rsidR="002F660C" w:rsidRPr="002F747F">
        <w:rPr>
          <w:rFonts w:cs="Arial"/>
          <w:iCs/>
          <w:sz w:val="20"/>
          <w:szCs w:val="20"/>
          <w:lang w:val="sk-SK"/>
        </w:rPr>
        <w:t>Podpis triedneho učiteľa</w:t>
      </w:r>
    </w:p>
    <w:p w14:paraId="59C804B3" w14:textId="77777777" w:rsidR="002F660C" w:rsidRPr="002F747F" w:rsidRDefault="002F660C" w:rsidP="006345BB">
      <w:pPr>
        <w:spacing w:before="120"/>
        <w:jc w:val="both"/>
        <w:rPr>
          <w:rFonts w:cs="Arial"/>
          <w:b/>
          <w:bCs/>
          <w:iCs/>
          <w:sz w:val="20"/>
          <w:szCs w:val="20"/>
          <w:u w:val="single"/>
          <w:lang w:val="sk-SK"/>
        </w:rPr>
      </w:pPr>
      <w:r w:rsidRPr="002F747F">
        <w:rPr>
          <w:rFonts w:cs="Arial"/>
          <w:b/>
          <w:bCs/>
          <w:iCs/>
          <w:sz w:val="20"/>
          <w:szCs w:val="20"/>
          <w:u w:val="single"/>
          <w:lang w:val="sk-SK"/>
        </w:rPr>
        <w:t>ROZHODNUTIE RIADITEĽA ŠKOLY</w:t>
      </w:r>
    </w:p>
    <w:p w14:paraId="69693206" w14:textId="77777777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Uvoľnenie z vyučovania v požadovanom termíne </w:t>
      </w:r>
      <w:r w:rsidRPr="002F747F">
        <w:rPr>
          <w:rFonts w:cs="Arial"/>
          <w:b/>
          <w:bCs/>
          <w:iCs/>
          <w:sz w:val="20"/>
          <w:szCs w:val="20"/>
          <w:lang w:val="sk-SK"/>
        </w:rPr>
        <w:t>SCHVAĽUJEM / NESCHVAĽUJEM</w:t>
      </w:r>
      <w:r w:rsidRPr="002F747F">
        <w:rPr>
          <w:rFonts w:cs="Arial"/>
          <w:iCs/>
          <w:sz w:val="20"/>
          <w:szCs w:val="20"/>
          <w:lang w:val="sk-SK"/>
        </w:rPr>
        <w:t xml:space="preserve"> *.</w:t>
      </w:r>
    </w:p>
    <w:p w14:paraId="03B0F8B5" w14:textId="15877863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Poznámka / Dôvod neschválenia: ....................................................................................................</w:t>
      </w:r>
      <w:r w:rsidR="006345BB" w:rsidRPr="002F747F">
        <w:rPr>
          <w:rFonts w:cs="Arial"/>
          <w:iCs/>
          <w:sz w:val="20"/>
          <w:szCs w:val="20"/>
          <w:lang w:val="sk-SK"/>
        </w:rPr>
        <w:t>...</w:t>
      </w:r>
      <w:r w:rsidR="00DA34B0">
        <w:rPr>
          <w:rFonts w:cs="Arial"/>
          <w:iCs/>
          <w:sz w:val="20"/>
          <w:szCs w:val="20"/>
          <w:lang w:val="sk-SK"/>
        </w:rPr>
        <w:t>.................</w:t>
      </w:r>
      <w:r w:rsidR="006345BB" w:rsidRPr="002F747F">
        <w:rPr>
          <w:rFonts w:cs="Arial"/>
          <w:iCs/>
          <w:sz w:val="20"/>
          <w:szCs w:val="20"/>
          <w:lang w:val="sk-SK"/>
        </w:rPr>
        <w:t>..</w:t>
      </w:r>
    </w:p>
    <w:p w14:paraId="3741FA24" w14:textId="4CE343A6" w:rsidR="002F660C" w:rsidRPr="002F747F" w:rsidRDefault="002F660C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>Dňa: .........................                                                    </w:t>
      </w:r>
      <w:r w:rsidR="00867F55" w:rsidRPr="002F747F">
        <w:rPr>
          <w:rFonts w:cs="Arial"/>
          <w:iCs/>
          <w:sz w:val="20"/>
          <w:szCs w:val="20"/>
          <w:lang w:val="sk-SK"/>
        </w:rPr>
        <w:t xml:space="preserve">                             </w:t>
      </w:r>
      <w:r w:rsidRPr="002F747F">
        <w:rPr>
          <w:rFonts w:cs="Arial"/>
          <w:iCs/>
          <w:sz w:val="20"/>
          <w:szCs w:val="20"/>
          <w:lang w:val="sk-SK"/>
        </w:rPr>
        <w:t xml:space="preserve"> ............................................................</w:t>
      </w:r>
    </w:p>
    <w:p w14:paraId="79260E5E" w14:textId="4D0DCE92" w:rsidR="002F660C" w:rsidRPr="002F747F" w:rsidRDefault="0065472A" w:rsidP="006345BB">
      <w:pPr>
        <w:spacing w:before="120"/>
        <w:jc w:val="both"/>
        <w:rPr>
          <w:rFonts w:cs="Arial"/>
          <w:iCs/>
          <w:sz w:val="20"/>
          <w:szCs w:val="20"/>
          <w:lang w:val="sk-SK"/>
        </w:rPr>
      </w:pPr>
      <w:r w:rsidRPr="002F747F">
        <w:rPr>
          <w:rFonts w:cs="Arial"/>
          <w:iCs/>
          <w:sz w:val="20"/>
          <w:szCs w:val="20"/>
          <w:lang w:val="sk-SK"/>
        </w:rPr>
        <w:t xml:space="preserve">                                                                                                 </w:t>
      </w:r>
      <w:r w:rsidR="00867F55" w:rsidRPr="002F747F">
        <w:rPr>
          <w:rFonts w:cs="Arial"/>
          <w:iCs/>
          <w:sz w:val="20"/>
          <w:szCs w:val="20"/>
          <w:lang w:val="sk-SK"/>
        </w:rPr>
        <w:t xml:space="preserve">                                </w:t>
      </w:r>
      <w:r w:rsidRPr="002F747F">
        <w:rPr>
          <w:rFonts w:cs="Arial"/>
          <w:iCs/>
          <w:sz w:val="20"/>
          <w:szCs w:val="20"/>
          <w:lang w:val="sk-SK"/>
        </w:rPr>
        <w:t xml:space="preserve"> </w:t>
      </w:r>
      <w:r w:rsidR="002F660C" w:rsidRPr="002F747F">
        <w:rPr>
          <w:rFonts w:cs="Arial"/>
          <w:iCs/>
          <w:sz w:val="20"/>
          <w:szCs w:val="20"/>
          <w:lang w:val="sk-SK"/>
        </w:rPr>
        <w:t>Podpis riaditeľa školy</w:t>
      </w:r>
    </w:p>
    <w:p w14:paraId="0A609A27" w14:textId="37BA262D" w:rsidR="002F660C" w:rsidRPr="00E51539" w:rsidRDefault="002F660C" w:rsidP="00E51539">
      <w:pPr>
        <w:spacing w:before="120"/>
        <w:rPr>
          <w:i/>
          <w:sz w:val="17"/>
          <w:lang w:val="sk-SK"/>
        </w:rPr>
      </w:pPr>
      <w:r w:rsidRPr="00235A8B">
        <w:rPr>
          <w:rFonts w:cs="Arial"/>
          <w:i/>
          <w:sz w:val="18"/>
          <w:szCs w:val="18"/>
          <w:lang w:val="sk-SK"/>
        </w:rPr>
        <w:t>*</w:t>
      </w:r>
      <w:proofErr w:type="spellStart"/>
      <w:r w:rsidRPr="00235A8B">
        <w:rPr>
          <w:rFonts w:cs="Arial"/>
          <w:i/>
          <w:sz w:val="18"/>
          <w:szCs w:val="18"/>
          <w:lang w:val="sk-SK"/>
        </w:rPr>
        <w:t>Nehodiace</w:t>
      </w:r>
      <w:proofErr w:type="spellEnd"/>
      <w:r w:rsidRPr="00235A8B">
        <w:rPr>
          <w:rFonts w:cs="Arial"/>
          <w:i/>
          <w:sz w:val="18"/>
          <w:szCs w:val="18"/>
          <w:lang w:val="sk-SK"/>
        </w:rPr>
        <w:t xml:space="preserve"> sa preškrtnite.</w:t>
      </w:r>
      <w:r w:rsidR="00CE3BB5" w:rsidRPr="00235A8B">
        <w:rPr>
          <w:rFonts w:cs="Arial"/>
          <w:i/>
          <w:sz w:val="18"/>
          <w:szCs w:val="18"/>
          <w:lang w:val="sk-SK"/>
        </w:rPr>
        <w:t xml:space="preserve"> </w:t>
      </w:r>
      <w:r w:rsidR="00CE3BB5" w:rsidRPr="00235A8B">
        <w:rPr>
          <w:i/>
          <w:sz w:val="18"/>
          <w:szCs w:val="18"/>
          <w:lang w:val="sk-SK"/>
        </w:rPr>
        <w:t>Žiadosť sa vybavuje v súlade so školským poriadkom a platnými právnymi predpismi</w:t>
      </w:r>
      <w:r w:rsidR="00CE3BB5" w:rsidRPr="00CE3BB5">
        <w:rPr>
          <w:i/>
          <w:sz w:val="17"/>
          <w:lang w:val="sk-SK"/>
        </w:rPr>
        <w:t>.</w:t>
      </w:r>
    </w:p>
    <w:sectPr w:rsidR="002F660C" w:rsidRPr="00E51539" w:rsidSect="00E51539">
      <w:pgSz w:w="12240" w:h="15840"/>
      <w:pgMar w:top="426" w:right="758" w:bottom="14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851FB"/>
    <w:multiLevelType w:val="multilevel"/>
    <w:tmpl w:val="7F80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282169">
    <w:abstractNumId w:val="8"/>
  </w:num>
  <w:num w:numId="2" w16cid:durableId="1860241677">
    <w:abstractNumId w:val="6"/>
  </w:num>
  <w:num w:numId="3" w16cid:durableId="778337341">
    <w:abstractNumId w:val="5"/>
  </w:num>
  <w:num w:numId="4" w16cid:durableId="612975132">
    <w:abstractNumId w:val="4"/>
  </w:num>
  <w:num w:numId="5" w16cid:durableId="1507092073">
    <w:abstractNumId w:val="7"/>
  </w:num>
  <w:num w:numId="6" w16cid:durableId="2099016943">
    <w:abstractNumId w:val="3"/>
  </w:num>
  <w:num w:numId="7" w16cid:durableId="1898932105">
    <w:abstractNumId w:val="2"/>
  </w:num>
  <w:num w:numId="8" w16cid:durableId="10690794">
    <w:abstractNumId w:val="1"/>
  </w:num>
  <w:num w:numId="9" w16cid:durableId="1496263718">
    <w:abstractNumId w:val="0"/>
  </w:num>
  <w:num w:numId="10" w16cid:durableId="1606992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6F1"/>
    <w:rsid w:val="0015074B"/>
    <w:rsid w:val="001C68C7"/>
    <w:rsid w:val="00235A8B"/>
    <w:rsid w:val="002430A6"/>
    <w:rsid w:val="0029639D"/>
    <w:rsid w:val="002B5B9C"/>
    <w:rsid w:val="002F660C"/>
    <w:rsid w:val="002F747F"/>
    <w:rsid w:val="00326F90"/>
    <w:rsid w:val="0037219A"/>
    <w:rsid w:val="0039650D"/>
    <w:rsid w:val="004426EB"/>
    <w:rsid w:val="00460E2A"/>
    <w:rsid w:val="005D206D"/>
    <w:rsid w:val="006345BB"/>
    <w:rsid w:val="0065472A"/>
    <w:rsid w:val="006C0134"/>
    <w:rsid w:val="006E1E07"/>
    <w:rsid w:val="00705994"/>
    <w:rsid w:val="00867F55"/>
    <w:rsid w:val="008C432A"/>
    <w:rsid w:val="009F5E19"/>
    <w:rsid w:val="00AA1D8D"/>
    <w:rsid w:val="00B47730"/>
    <w:rsid w:val="00BE477E"/>
    <w:rsid w:val="00CB0664"/>
    <w:rsid w:val="00CE3BB5"/>
    <w:rsid w:val="00D067DF"/>
    <w:rsid w:val="00D94711"/>
    <w:rsid w:val="00DA34B0"/>
    <w:rsid w:val="00DC1094"/>
    <w:rsid w:val="00E51539"/>
    <w:rsid w:val="00E51E69"/>
    <w:rsid w:val="00F562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18CD1B3-FA2A-478B-BDF7-46AA9002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Magdaléna Benková</cp:lastModifiedBy>
  <cp:revision>2</cp:revision>
  <dcterms:created xsi:type="dcterms:W3CDTF">2026-09-23T13:49:00Z</dcterms:created>
  <dcterms:modified xsi:type="dcterms:W3CDTF">2026-09-23T13:49:00Z</dcterms:modified>
  <cp:category/>
</cp:coreProperties>
</file>